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41CCA7A5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9B36E5">
        <w:rPr>
          <w:rFonts w:ascii="Lato" w:hAnsi="Lato" w:cs="Lato"/>
          <w:b/>
          <w:sz w:val="20"/>
          <w:szCs w:val="20"/>
        </w:rPr>
        <w:t>JĘZYKA NIEMIECKIEGO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CE38" w14:textId="77777777" w:rsidR="00CF749A" w:rsidRDefault="00CF749A">
      <w:pPr>
        <w:spacing w:after="0" w:line="240" w:lineRule="auto"/>
      </w:pPr>
      <w:r>
        <w:separator/>
      </w:r>
    </w:p>
  </w:endnote>
  <w:endnote w:type="continuationSeparator" w:id="0">
    <w:p w14:paraId="2B9907FE" w14:textId="77777777" w:rsidR="00CF749A" w:rsidRDefault="00CF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52AB" w14:textId="77777777" w:rsidR="009B36E5" w:rsidRDefault="009B36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96E4" w14:textId="77777777" w:rsidR="009B36E5" w:rsidRDefault="009B36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56EBE" w14:textId="77777777" w:rsidR="00CF749A" w:rsidRDefault="00CF749A">
      <w:pPr>
        <w:spacing w:after="0" w:line="240" w:lineRule="auto"/>
      </w:pPr>
      <w:r>
        <w:separator/>
      </w:r>
    </w:p>
  </w:footnote>
  <w:footnote w:type="continuationSeparator" w:id="0">
    <w:p w14:paraId="07A2C1DD" w14:textId="77777777" w:rsidR="00CF749A" w:rsidRDefault="00CF7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1223" w14:textId="77777777" w:rsidR="009B36E5" w:rsidRDefault="009B36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54F2E81C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9B36E5">
      <w:rPr>
        <w:rFonts w:ascii="Lato" w:eastAsiaTheme="minorHAnsi" w:hAnsi="Lato" w:cs="Lato"/>
        <w:bCs/>
        <w:sz w:val="20"/>
        <w:szCs w:val="20"/>
      </w:rPr>
      <w:t>Języka Niemieckiego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B78" w14:textId="77777777" w:rsidR="009B36E5" w:rsidRDefault="009B36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395FE1"/>
    <w:rsid w:val="003D19A8"/>
    <w:rsid w:val="00411193"/>
    <w:rsid w:val="00535C1D"/>
    <w:rsid w:val="00550D19"/>
    <w:rsid w:val="00552DFF"/>
    <w:rsid w:val="0069772A"/>
    <w:rsid w:val="0078477F"/>
    <w:rsid w:val="00936BB1"/>
    <w:rsid w:val="009B36E5"/>
    <w:rsid w:val="00A14621"/>
    <w:rsid w:val="00A67B2E"/>
    <w:rsid w:val="00A71650"/>
    <w:rsid w:val="00AA1D8D"/>
    <w:rsid w:val="00B2368F"/>
    <w:rsid w:val="00B47730"/>
    <w:rsid w:val="00BC70F2"/>
    <w:rsid w:val="00BD2DB6"/>
    <w:rsid w:val="00BE6293"/>
    <w:rsid w:val="00BF64B4"/>
    <w:rsid w:val="00C81A2F"/>
    <w:rsid w:val="00CB0664"/>
    <w:rsid w:val="00CF749A"/>
    <w:rsid w:val="00D147CF"/>
    <w:rsid w:val="00D63C7B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833</Words>
  <Characters>5001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14</cp:revision>
  <cp:lastPrinted>2026-08-27T08:48:00Z</cp:lastPrinted>
  <dcterms:created xsi:type="dcterms:W3CDTF">2013-12-23T23:15:00Z</dcterms:created>
  <dcterms:modified xsi:type="dcterms:W3CDTF">2026-09-30T13:08:00Z</dcterms:modified>
  <cp:category/>
</cp:coreProperties>
</file>